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38F1A" w14:textId="77777777" w:rsidR="00560164" w:rsidRPr="00F66C81" w:rsidRDefault="00A318FD" w:rsidP="00655D0E">
      <w:pPr>
        <w:spacing w:after="0"/>
        <w:jc w:val="center"/>
        <w:rPr>
          <w:sz w:val="18"/>
          <w:szCs w:val="20"/>
        </w:rPr>
      </w:pPr>
      <w:r w:rsidRPr="00F66C81">
        <w:rPr>
          <w:b/>
          <w:color w:val="081F2B"/>
          <w:sz w:val="40"/>
          <w:szCs w:val="20"/>
        </w:rPr>
        <w:t>MOHAMMAD FAIAZ ALIKHAIL</w:t>
      </w:r>
    </w:p>
    <w:p w14:paraId="40E5A8B2" w14:textId="7452195D" w:rsidR="00560164" w:rsidRDefault="00655D0E" w:rsidP="00655D0E">
      <w:pPr>
        <w:jc w:val="center"/>
      </w:pPr>
      <w:r>
        <w:rPr>
          <w:b/>
          <w:sz w:val="20"/>
        </w:rPr>
        <w:t xml:space="preserve">Technical </w:t>
      </w:r>
      <w:r w:rsidR="00F66C81">
        <w:rPr>
          <w:b/>
          <w:sz w:val="20"/>
        </w:rPr>
        <w:t>Designer |</w:t>
      </w:r>
      <w:r>
        <w:rPr>
          <w:b/>
          <w:color w:val="0097B2"/>
          <w:sz w:val="24"/>
        </w:rPr>
        <w:t xml:space="preserve"> </w:t>
      </w:r>
      <w:r w:rsidR="00A318FD">
        <w:rPr>
          <w:b/>
          <w:color w:val="0097B2"/>
          <w:sz w:val="24"/>
        </w:rPr>
        <w:t xml:space="preserve">TOOLS </w:t>
      </w:r>
      <w:r w:rsidR="00F66C81">
        <w:rPr>
          <w:b/>
          <w:color w:val="0097B2"/>
          <w:sz w:val="24"/>
        </w:rPr>
        <w:t>PROGRAMMER</w:t>
      </w:r>
      <w:r w:rsidR="00F66C81">
        <w:rPr>
          <w:b/>
          <w:sz w:val="20"/>
        </w:rPr>
        <w:t xml:space="preserve"> | Game</w:t>
      </w:r>
      <w:r w:rsidR="00A318FD">
        <w:rPr>
          <w:b/>
          <w:sz w:val="20"/>
        </w:rPr>
        <w:t xml:space="preserve"> Developer</w:t>
      </w:r>
    </w:p>
    <w:p w14:paraId="45857CBF" w14:textId="77777777" w:rsidR="00560164" w:rsidRDefault="00A318FD" w:rsidP="00655D0E">
      <w:pPr>
        <w:spacing w:after="180"/>
        <w:jc w:val="center"/>
      </w:pPr>
      <w:r>
        <w:rPr>
          <w:color w:val="57646C"/>
          <w:sz w:val="17"/>
        </w:rPr>
        <w:t xml:space="preserve">Whitby, Ontario, Canada  |  </w:t>
      </w:r>
      <w:hyperlink r:id="rId8">
        <w:r>
          <w:rPr>
            <w:color w:val="0097B2"/>
          </w:rPr>
          <w:t>contact@afcanstudios.ca</w:t>
        </w:r>
      </w:hyperlink>
      <w:r>
        <w:rPr>
          <w:color w:val="57646C"/>
          <w:sz w:val="17"/>
        </w:rPr>
        <w:t xml:space="preserve">  |  </w:t>
      </w:r>
      <w:hyperlink r:id="rId9">
        <w:r>
          <w:rPr>
            <w:color w:val="0097B2"/>
          </w:rPr>
          <w:t>Por</w:t>
        </w:r>
        <w:r>
          <w:rPr>
            <w:color w:val="0097B2"/>
          </w:rPr>
          <w:t>t</w:t>
        </w:r>
        <w:r>
          <w:rPr>
            <w:color w:val="0097B2"/>
          </w:rPr>
          <w:t>folio</w:t>
        </w:r>
      </w:hyperlink>
      <w:r>
        <w:rPr>
          <w:color w:val="57646C"/>
          <w:sz w:val="17"/>
        </w:rPr>
        <w:t xml:space="preserve">  |  </w:t>
      </w:r>
      <w:hyperlink r:id="rId10">
        <w:r>
          <w:rPr>
            <w:color w:val="0097B2"/>
          </w:rPr>
          <w:t>LinkedIn</w:t>
        </w:r>
      </w:hyperlink>
      <w:r>
        <w:rPr>
          <w:color w:val="57646C"/>
          <w:sz w:val="17"/>
        </w:rPr>
        <w:t xml:space="preserve">  |  </w:t>
      </w:r>
      <w:hyperlink r:id="rId11">
        <w:r>
          <w:rPr>
            <w:color w:val="0097B2"/>
          </w:rPr>
          <w:t>GitHub</w:t>
        </w:r>
      </w:hyperlink>
    </w:p>
    <w:p w14:paraId="2D0F7B30" w14:textId="77777777" w:rsidR="00560164" w:rsidRDefault="00A318FD">
      <w:pPr>
        <w:pStyle w:val="Heading1"/>
        <w:pBdr>
          <w:bottom w:val="single" w:sz="12" w:space="4" w:color="00AFC7"/>
        </w:pBdr>
      </w:pPr>
      <w:r>
        <w:rPr>
          <w:rFonts w:ascii="Calibri" w:hAnsi="Calibri"/>
          <w:color w:val="081F2B"/>
          <w:sz w:val="24"/>
        </w:rPr>
        <w:t>PROFILE</w:t>
      </w:r>
    </w:p>
    <w:p w14:paraId="45F5A512" w14:textId="50C9F856" w:rsidR="00560164" w:rsidRDefault="00A318FD">
      <w:r>
        <w:t>Current Game Design and Development student at Toronto Film School, focused on tools programming, technical design, and game development. Brings hands-on experience with C++, C#, Python, Unreal Engine, Unity, and web systems, backed by a practical IT foundation, disciplined problem solving, and dependable follow-through.</w:t>
      </w:r>
      <w:r w:rsidR="00655D0E"/>
      <w:r/>
    </w:p>
    <w:p w14:paraId="7BCA8C10" w14:textId="77777777" w:rsidR="00560164" w:rsidRDefault="00A318FD">
      <w:pPr>
        <w:pStyle w:val="Heading1"/>
        <w:pBdr>
          <w:bottom w:val="single" w:sz="12" w:space="4" w:color="00AFC7"/>
        </w:pBdr>
      </w:pPr>
      <w:r>
        <w:rPr>
          <w:rFonts w:ascii="Calibri" w:hAnsi="Calibri"/>
          <w:color w:val="081F2B"/>
          <w:sz w:val="24"/>
        </w:rPr>
        <w:t>TECHNICAL SKILLS</w:t>
      </w:r>
    </w:p>
    <w:p w14:paraId="246C2A90" w14:textId="77777777" w:rsidR="00560164" w:rsidRDefault="00A318FD">
      <w:pPr>
        <w:spacing w:after="40"/>
      </w:pPr>
      <w:r>
        <w:rPr>
          <w:b/>
        </w:rPr>
        <w:t xml:space="preserve">Programming: </w:t>
      </w:r>
      <w:r>
        <w:t>C++, C#, Python, JavaScript, PHP, MySQL, HTML, CSS, object-oriented development</w:t>
      </w:r>
    </w:p>
    <w:p w14:paraId="64A9ADC0" w14:textId="77777777" w:rsidR="00560164" w:rsidRDefault="00A318FD">
      <w:pPr>
        <w:spacing w:after="40"/>
      </w:pPr>
      <w:r>
        <w:rPr>
          <w:b/>
        </w:rPr>
        <w:t xml:space="preserve">Engines &amp; frameworks: </w:t>
      </w:r>
      <w:r>
        <w:t>Unreal Engine, Unity, Phaser, Construct 3</w:t>
      </w:r>
    </w:p>
    <w:p w14:paraId="5C7B9DFA" w14:textId="77777777" w:rsidR="00560164" w:rsidRDefault="00A318FD">
      <w:pPr>
        <w:spacing w:after="40"/>
      </w:pPr>
      <w:r>
        <w:rPr>
          <w:b/>
        </w:rPr>
        <w:t xml:space="preserve">Game systems: </w:t>
      </w:r>
      <w:r>
        <w:t>Game loops, state machines, gameplay logic, AI behaviour, physics, difficulty systems, debugging</w:t>
      </w:r>
    </w:p>
    <w:p w14:paraId="0D6869FF" w14:textId="77777777" w:rsidR="00560164" w:rsidRDefault="00A318FD">
      <w:pPr>
        <w:spacing w:after="40"/>
      </w:pPr>
      <w:r>
        <w:rPr>
          <w:b/>
        </w:rPr>
        <w:t xml:space="preserve">Tools &amp; workflow: </w:t>
      </w:r>
      <w:r>
        <w:t>Git, GitHub, Fork, Visual Studio, Visual Studio Code, version-control workflows</w:t>
      </w:r>
    </w:p>
    <w:p w14:paraId="12904060" w14:textId="5E32F627" w:rsidR="00560164" w:rsidRDefault="00A318FD" w:rsidP="00655D0E">
      <w:pPr>
        <w:spacing w:after="40"/>
      </w:pPr>
      <w:r>
        <w:rPr>
          <w:b/>
        </w:rPr>
        <w:t xml:space="preserve">Team contribution: </w:t>
      </w:r>
      <w:r>
        <w:t>Dedication, ownership, accountability, technical documentation, troubleshooting, leadership, and cross-discipline communication</w:t>
      </w:r>
    </w:p>
    <w:p w14:paraId="41CAC083" w14:textId="29B51E59" w:rsidR="00560164" w:rsidRDefault="00A318FD" w:rsidP="00655D0E">
      <w:pPr>
        <w:pStyle w:val="Heading1"/>
        <w:pBdr>
          <w:bottom w:val="single" w:sz="12" w:space="4" w:color="00AFC7"/>
        </w:pBdr>
      </w:pPr>
      <w:r>
        <w:rPr>
          <w:rFonts w:ascii="Calibri" w:hAnsi="Calibri"/>
          <w:color w:val="081F2B"/>
          <w:sz w:val="24"/>
        </w:rPr>
        <w:t xml:space="preserve">EDUCATION </w:t>
      </w:r>
    </w:p>
    <w:p w14:paraId="1A483836" w14:textId="284BF08C" w:rsidR="00560164" w:rsidRDefault="00F66C81">
      <w:pPr>
        <w:keepNext/>
        <w:spacing w:before="100" w:after="20"/>
      </w:pPr>
      <w:r>
        <w:rPr>
          <w:b/>
          <w:sz w:val="21"/>
        </w:rPr>
        <w:t xml:space="preserve">Game Design and </w:t>
      </w:r>
      <w:proofErr w:type="gramStart"/>
      <w:r>
        <w:rPr>
          <w:b/>
          <w:sz w:val="21"/>
        </w:rPr>
        <w:t>Development</w:t>
      </w:r>
      <w:r w:rsidR="00A318FD">
        <w:rPr>
          <w:color w:val="0097B2"/>
        </w:rPr>
        <w:t xml:space="preserve">  |</w:t>
      </w:r>
      <w:proofErr w:type="gramEnd"/>
      <w:r w:rsidR="00A318FD">
        <w:rPr>
          <w:color w:val="0097B2"/>
        </w:rPr>
        <w:t xml:space="preserve"> </w:t>
      </w:r>
      <w:r>
        <w:rPr>
          <w:color w:val="0097B2"/>
        </w:rPr>
        <w:t>Toronto Film School |</w:t>
      </w:r>
      <w:r w:rsidR="00A318FD">
        <w:rPr>
          <w:color w:val="0097B2"/>
        </w:rPr>
        <w:t xml:space="preserve"> Currently enrolled</w:t>
      </w:r>
    </w:p>
    <w:p w14:paraId="5FA12231" w14:textId="3A81BD30" w:rsidR="00560164" w:rsidRDefault="00A318FD">
      <w:pPr>
        <w:pStyle w:val="ListBullet"/>
        <w:keepLines/>
      </w:pPr>
      <w:r>
        <w:t>Focused on game programming, tools development, technical design</w:t>
      </w:r>
      <w:r>
        <w:t>, and collaborative development practice.</w:t>
      </w:r>
    </w:p>
    <w:p w14:paraId="43A9A2F1" w14:textId="48E13266" w:rsidR="00560164" w:rsidRDefault="00A318FD">
      <w:pPr>
        <w:keepNext/>
        <w:spacing w:before="100" w:after="20"/>
      </w:pPr>
      <w:r>
        <w:rPr>
          <w:b/>
          <w:sz w:val="21"/>
        </w:rPr>
        <w:t>Doctor of Dental Medicine (DMD)</w:t>
      </w:r>
      <w:r w:rsidR="00F66C81">
        <w:rPr>
          <w:b/>
          <w:sz w:val="21"/>
        </w:rPr>
      </w:r>
      <w:r w:rsidR="00655D0E">
        <w:rPr>
          <w:b/>
          <w:sz w:val="21"/>
        </w:rPr>
      </w:r>
      <w:r>
        <w:rPr>
          <w:b/>
          <w:sz w:val="21"/>
        </w:rPr>
      </w:r>
      <w:r w:rsidR="00655D0E">
        <w:rPr>
          <w:b/>
          <w:sz w:val="21"/>
        </w:rPr>
      </w:r>
      <w:r>
        <w:rPr>
          <w:b/>
          <w:sz w:val="21"/>
        </w:rPr>
      </w:r>
      <w:r>
        <w:rPr>
          <w:b/>
          <w:sz w:val="21"/>
        </w:rPr>
      </w:r>
      <w:proofErr w:type="gramStart"/>
      <w:r>
        <w:rPr>
          <w:b/>
          <w:sz w:val="21"/>
        </w:rPr>
      </w:r>
      <w:r>
        <w:rPr>
          <w:color w:val="0097B2"/>
        </w:rPr>
        <w:t xml:space="preserve">  |</w:t>
      </w:r>
      <w:proofErr w:type="gramEnd"/>
      <w:r>
        <w:rPr>
          <w:color w:val="0097B2"/>
        </w:rPr>
        <w:t xml:space="preserve">  Zawul Institute of Higher Education | 2019</w:t>
      </w:r>
    </w:p>
    <w:p w14:paraId="5DDCDC07" w14:textId="13F045A5" w:rsidR="00560164" w:rsidRDefault="00A318FD" w:rsidP="00655D0E">
      <w:pPr>
        <w:pStyle w:val="ListBullet"/>
        <w:keepLines/>
      </w:pPr>
      <w:r>
        <w:t>Five-year professional degree with 48 weeks of supervised clinical training, strengthening precision, responsibility, risk awareness, and disciplined decision-making.</w:t>
      </w:r>
      <w:r w:rsidR="00655D0E"/>
      <w:r w:rsidR="00655D0E"/>
    </w:p>
    <w:p w14:paraId="48D3EF6C" w14:textId="77777777" w:rsidR="00560164" w:rsidRDefault="00A318FD">
      <w:pPr>
        <w:keepNext/>
        <w:spacing w:before="100" w:after="20"/>
      </w:pPr>
      <w:r>
        <w:rPr>
          <w:b/>
          <w:sz w:val="21"/>
        </w:rPr>
        <w:t xml:space="preserve">Diploma in Information </w:t>
      </w:r>
      <w:proofErr w:type="gramStart"/>
      <w:r>
        <w:rPr>
          <w:b/>
          <w:sz w:val="21"/>
        </w:rPr>
        <w:t>Technology</w:t>
      </w:r>
      <w:r>
        <w:rPr>
          <w:color w:val="0097B2"/>
        </w:rPr>
        <w:t xml:space="preserve">  |</w:t>
      </w:r>
      <w:proofErr w:type="gramEnd"/>
      <w:r>
        <w:rPr>
          <w:color w:val="0097B2"/>
        </w:rPr>
        <w:t xml:space="preserve">  Capital Degree College Peshawar | 2012</w:t>
      </w:r>
    </w:p>
    <w:p w14:paraId="0594D39C" w14:textId="77777777" w:rsidR="00560164" w:rsidRDefault="00A318FD">
      <w:pPr>
        <w:pStyle w:val="ListBullet"/>
        <w:keepLines/>
      </w:pPr>
      <w:r>
        <w:t>One-year diploma covering programming, operating systems, networking, databases, web technology, and graphic design.</w:t>
      </w:r>
    </w:p>
    <w:p w14:paraId="3986C530" w14:textId="77777777" w:rsidR="00560164" w:rsidRDefault="00A318FD">
      <w:pPr>
        <w:pStyle w:val="Heading1"/>
        <w:pBdr>
          <w:bottom w:val="single" w:sz="12" w:space="4" w:color="00AFC7"/>
        </w:pBdr>
      </w:pPr>
      <w:r>
        <w:rPr>
          <w:rFonts w:ascii="Calibri" w:hAnsi="Calibri"/>
          <w:color w:val="081F2B"/>
          <w:sz w:val="24"/>
        </w:rPr>
        <w:t>SELECTED CREDENTIALS</w:t>
      </w:r>
    </w:p>
    <w:p w14:paraId="0247A127" w14:textId="05CCAE8E" w:rsidR="00560164" w:rsidRDefault="00A318FD">
      <w:pPr>
        <w:pStyle w:val="ListBullet"/>
      </w:pPr>
      <w:r>
        <w:t>Google IT Support Professional Certificate - Google</w:t>
      </w:r>
      <w:r>
        <w:t>, 2023</w:t>
      </w:r>
    </w:p>
    <w:p w14:paraId="10FDF910" w14:textId="6A893802" w:rsidR="00560164" w:rsidRDefault="00A318FD">
      <w:pPr>
        <w:pStyle w:val="ListBullet"/>
      </w:pPr>
      <w:r>
        <w:t>Foundations of Cybersecurity; Networks and Network Security; Manage Security Risks - Google</w:t>
      </w:r>
      <w:r>
        <w:t>, 2024</w:t>
      </w:r>
    </w:p>
    <w:p w14:paraId="7A488E83" w14:textId="3DE29745" w:rsidR="00560164" w:rsidRDefault="00A318FD">
      <w:pPr>
        <w:pStyle w:val="ListBullet"/>
      </w:pPr>
      <w:r>
        <w:t>Programming in Python; Version Control - Meta</w:t>
      </w:r>
      <w:r>
        <w:t>, 2023</w:t>
      </w:r>
    </w:p>
    <w:p w14:paraId="4C90352B" w14:textId="50D2650E" w:rsidR="00560164" w:rsidRDefault="00A318FD">
      <w:pPr>
        <w:pStyle w:val="ListBullet"/>
      </w:pPr>
      <w:r>
        <w:t>Web Development with HTML, CSS and JavaScript; Introduction to Cloud Computing - IBM</w:t>
      </w:r>
      <w:r>
        <w:t>, 2023</w:t>
      </w:r>
    </w:p>
    <w:p w14:paraId="7015C016" w14:textId="327BB143" w:rsidR="00560164" w:rsidRDefault="00560164">
      <w:pPr>
        <w:pStyle w:val="ListBullet"/>
      </w:pPr>
      <w:r>
        <w:t>Introduction to Game Design - Epic Games, 2025</w:t>
      </w:r>
    </w:p>
    <w:sectPr w:rsidR="00560164" w:rsidSect="00655D0E">
      <w:footerReference w:type="default" r:id="rId12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84FFE" w14:textId="77777777" w:rsidR="00A318FD" w:rsidRDefault="00A318FD">
      <w:pPr>
        <w:spacing w:after="0" w:line="240" w:lineRule="auto"/>
      </w:pPr>
      <w:r>
        <w:separator/>
      </w:r>
    </w:p>
  </w:endnote>
  <w:endnote w:type="continuationSeparator" w:id="0">
    <w:p w14:paraId="247C46FB" w14:textId="77777777" w:rsidR="00A318FD" w:rsidRDefault="00A31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A4A01" w14:textId="77777777" w:rsidR="00560164" w:rsidRDefault="00A318FD">
    <w:pPr>
      <w:pStyle w:val="Footer"/>
      <w:jc w:val="right"/>
    </w:pPr>
    <w:r>
      <w:rPr>
        <w:b/>
        <w:color w:val="57646C"/>
        <w:sz w:val="16"/>
      </w:rPr>
      <w:t xml:space="preserve">MOHAMMAD FAIAZ </w:t>
    </w:r>
    <w:proofErr w:type="gramStart"/>
    <w:r>
      <w:rPr>
        <w:b/>
        <w:color w:val="57646C"/>
        <w:sz w:val="16"/>
      </w:rPr>
      <w:t>ALIKHAIL  |</w:t>
    </w:r>
    <w:proofErr w:type="gramEnd"/>
    <w:r>
      <w:rPr>
        <w:b/>
        <w:color w:val="57646C"/>
        <w:sz w:val="16"/>
      </w:rPr>
      <w:t xml:space="preserve">  </w:t>
    </w:r>
    <w:r>
      <w:rPr>
        <w:b/>
        <w:color w:val="57646C"/>
        <w:sz w:val="16"/>
      </w:rPr>
      <w:fldChar w:fldCharType="begin"/>
    </w:r>
    <w:r>
      <w:rPr>
        <w:b/>
        <w:color w:val="57646C"/>
        <w:sz w:val="16"/>
      </w:rPr>
      <w:instrText>PAGE</w:instrText>
    </w:r>
    <w:r>
      <w:rPr>
        <w:b/>
        <w:color w:val="57646C"/>
        <w:sz w:val="16"/>
      </w:rPr>
      <w:fldChar w:fldCharType="separate"/>
    </w:r>
    <w:r>
      <w:rPr>
        <w:b/>
        <w:color w:val="57646C"/>
        <w:sz w:val="16"/>
      </w:rPr>
      <w:t>1</w:t>
    </w:r>
    <w:r>
      <w:rPr>
        <w:b/>
        <w:color w:val="57646C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862C4" w14:textId="77777777" w:rsidR="00A318FD" w:rsidRDefault="00A318FD">
      <w:pPr>
        <w:spacing w:after="0" w:line="240" w:lineRule="auto"/>
      </w:pPr>
      <w:r>
        <w:separator/>
      </w:r>
    </w:p>
  </w:footnote>
  <w:footnote w:type="continuationSeparator" w:id="0">
    <w:p w14:paraId="31C4F643" w14:textId="77777777" w:rsidR="00A318FD" w:rsidRDefault="00A318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B67ADFF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9804409">
    <w:abstractNumId w:val="8"/>
  </w:num>
  <w:num w:numId="2" w16cid:durableId="1021012863">
    <w:abstractNumId w:val="6"/>
  </w:num>
  <w:num w:numId="3" w16cid:durableId="1788036671">
    <w:abstractNumId w:val="5"/>
  </w:num>
  <w:num w:numId="4" w16cid:durableId="1867138346">
    <w:abstractNumId w:val="4"/>
  </w:num>
  <w:num w:numId="5" w16cid:durableId="1602031415">
    <w:abstractNumId w:val="7"/>
  </w:num>
  <w:num w:numId="6" w16cid:durableId="710762231">
    <w:abstractNumId w:val="3"/>
  </w:num>
  <w:num w:numId="7" w16cid:durableId="653340921">
    <w:abstractNumId w:val="2"/>
  </w:num>
  <w:num w:numId="8" w16cid:durableId="507334157">
    <w:abstractNumId w:val="1"/>
  </w:num>
  <w:num w:numId="9" w16cid:durableId="1748573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C0B0A"/>
    <w:rsid w:val="00326F90"/>
    <w:rsid w:val="00560164"/>
    <w:rsid w:val="00655D0E"/>
    <w:rsid w:val="00A318FD"/>
    <w:rsid w:val="00AA1D8D"/>
    <w:rsid w:val="00B47730"/>
    <w:rsid w:val="00CB0664"/>
    <w:rsid w:val="00DF65BD"/>
    <w:rsid w:val="00F66C8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798A14"/>
  <w14:defaultImageDpi w14:val="300"/>
  <w15:docId w15:val="{7BF52741-6E16-413B-A9EA-E53D8A4A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Calibri" w:hAnsi="Calibri"/>
      <w:color w:val="1F2A30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10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/>
      <w:ind w:left="432" w:hanging="23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mailto:contact@afcanstudios.c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ithub.com/Faiazalikhai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linkedin.com/in/faiazalikhai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fcanstudios.ca/portfolio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Mohammad Faiaz Alikhail - Tools Programmer CV</vt:lpstr>
    </vt:vector>
  </TitlesOfParts>
  <Manager/>
  <Company/>
  <LinksUpToDate>false</LinksUpToDate>
  <CharactersWithSpaces>2196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Mohammad Faiaz Alikhail - Tools Programmer CV</dc:title>
  <dc:subject>Tools Programmer, Technical Designer, and Game Developer</dc:subject>
  <dc:creator>Mohammad Faiaz Alikhail</dc:creator>
  <cp:keywords>Tools Programmer, C++, C#, Python, Unreal Engine, Unity, Game Development</cp:keywords>
  <dc:description>generated by python-docx</dc:description>
  <cp:lastModifiedBy>Mohammad Faiaz Alikhail</cp:lastModifiedBy>
  <cp:revision>2</cp:revision>
  <dcterms:created xsi:type="dcterms:W3CDTF">2026-07-21T14:17:00Z</dcterms:created>
  <dcterms:modified xsi:type="dcterms:W3CDTF">2026-07-21T14:17:00Z</dcterms:modified>
  <cp:category/>
</cp:coreProperties>
</file>